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  <w:jc w:val="center"/>
      </w:pPr>
      <w:r>
        <w:drawing>
          <wp:inline xmlns:a="http://schemas.openxmlformats.org/drawingml/2006/main" xmlns:pic="http://schemas.openxmlformats.org/drawingml/2006/picture">
            <wp:extent cx="648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60" w:before="0"/>
        <w:jc w:val="center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גיאוגרפיה · כיתה ז׳ · האדם וסביבתו – כפר עולמי · יחידה 5</w:t>
      </w:r>
    </w:p>
    <w:p>
      <w:pPr>
        <w:keepNext/>
        <w:bidi w:val="1"/>
        <w:spacing w:after="20" w:before="0"/>
        <w:jc w:val="center"/>
      </w:pPr>
      <w:r>
        <w:rPr>
          <w:rFonts w:ascii="Assistant" w:hAnsi="Assistant" w:cs="Assistant"/>
          <w:b/>
          <w:bCs/>
          <w:color w:val="6A8F2F"/>
          <w:sz w:val="44"/>
          <w:szCs w:val="44"/>
          <w:rtl w:val="1"/>
        </w:rPr>
        <w:t>🧩 הערכה חלופית ומחוון</w:t>
      </w:r>
    </w:p>
    <w:p>
      <w:pPr>
        <w:keepNext/>
        <w:bidi w:val="1"/>
        <w:spacing w:after="20" w:before="0"/>
        <w:jc w:val="center"/>
      </w:pPr>
      <w:r>
        <w:rPr>
          <w:rFonts w:ascii="Assistant" w:hAnsi="Assistant" w:cs="Assistant"/>
          <w:b/>
          <w:bCs/>
          <w:sz w:val="28"/>
          <w:szCs w:val="28"/>
          <w:rtl w:val="1"/>
        </w:rPr>
        <w:t>🏙️ יחידה 5: יישובים כפריים ועירוניים במרחב משתנה</w:t>
      </w:r>
    </w:p>
    <w:p>
      <w:pPr>
        <w:bidi w:val="1"/>
        <w:spacing w:after="120" w:before="0"/>
        <w:jc w:val="center"/>
      </w:pPr>
      <w:r>
        <w:rPr>
          <w:rFonts w:ascii="Assistant" w:hAnsi="Assistant" w:cs="Assistant"/>
          <w:b w:val="0"/>
          <w:color w:val="45566B"/>
          <w:sz w:val="21"/>
          <w:szCs w:val="21"/>
          <w:rtl w:val="1"/>
        </w:rPr>
        <w:t>תפריט תוצרים בשני מסלולים: 🤖 עם בינה מלאכותית · ✋ ללא בינה מלאכותית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FFFAF0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9A6A00"/>
                <w:sz w:val="26"/>
                <w:szCs w:val="26"/>
                <w:rtl w:val="1"/>
              </w:rPr>
              <w:t>🍎 למורה: איך עובדים עם הערכה החלופית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⏱️ זמנים: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3 שיעורים בכיתה + סיור או תצפית שטח + עבודה בבית במשך שבועיים, ועוד שיעור להצגה.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👥 התארגנות: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יחידים, זוגות או קבוצות של 3–4. בתוצרים גדולים (דגם, משחק לוח, דיבייט) – קבוצות עם חלוקת תפקידים: חוקר/ת, מעצב/ת, כותב/ת, מציג/ה. כל תלמיד/ה ממלא/ת הערכה עצמית ויומן אישי.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🤖✋ שני המסלולים: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התלמידים בוחרים מסלול לפני תחילת העבודה. שני המסלולים נבדקים באותו מחוון ובאותו ניקוד (100), וההבדל היחיד הוא הקריטריון השישי: ״שימוש אחראי ושקוף״ במסלול עם בינה מלאכותית, ״מקוריות ותיעוד תהליך״ במסלול ללא. אין יתרון לאף מסלול.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🧩 התאמות לחנ״מ: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מצמצמים את דרישות התוצר (למשל 4 שקפים, 3 חוליות בשרשרת), נותנים תבנית מוכנה ובנק מושגים עם תמונות, מחלקים את העבודה לשלבים עם בדיקה קצרה אחרי כל שלב, ומאפשרים הצגה בעל־פה במקום כתיבה.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🌍 התאמות לעולים: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מילון מושגים דו־לשוני, משפטי פתיחה מוכנים (״בתוצר שלי רואים ש...״, ״הסיבה היא...״), אפשרות לחבר חלק מהתוצר בשפת האם עם תרגום של המושגים, ותוצרים חזותיים (דגם, מפה מוערת) שמבליטים חוזקות.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🛡️ איך מונעים ״העתק־הדבק״: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מבקשים טיוטה בכיתה לפני העבודה בבית; היומן (הנחיות או סקיצות) הוא חלק מהציון; משלבים נתונים אישיים או מקומיים (תצפית, ראיון, היישוב שלנו) שאי אפשר להעתיק; עורכים שיחת הגנה קצרה של 2–3 דקות: ״הסבירו לי את המושג הזה במילים שלכם״, ״למה בחרתם בנתון הזה?״.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🎤 יום ההצגה: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גלריה מסתובבת או הצגה של 3 דקות לכל תוצר. כל צופה ממלא/ת הערכת עמיתים לשני תוצרים לפחות (״שני כוכבים ומשאלה״).</w:t>
            </w:r>
          </w:p>
          <w:p>
            <w:pPr>
              <w:bidi w:val="1"/>
              <w:spacing w:after="60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 xml:space="preserve">💡 טיפ ליחידה: </w:t>
            </w: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מומלץ לחבר לתצפית השטח שבחוברת – הנתונים מהתצפית הם ״חומר הגלם״ של רוב התוצרים, וכך קשה מאוד להעתיק.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6A8F2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א׳ · בוחרים תוצר ומסלול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120" w:before="0"/>
        <w:jc w:val="right"/>
      </w:pPr>
      <w:r>
        <w:rPr>
          <w:rFonts w:ascii="Assistant" w:hAnsi="Assistant" w:cs="Assistant"/>
          <w:b/>
          <w:bCs/>
          <w:sz w:val="22"/>
          <w:szCs w:val="22"/>
          <w:rtl w:val="1"/>
        </w:rPr>
        <w:t>שם: ____________________   כיתה: ________   תאריך: 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בסוף היחידה תראו מה למדתם – לא במבחן, אלא בתוצר שאתם יוצרים. בחרו תוצר אחד מהתפריט ומסלול עבודה אחד: 🤖 עם בינה מלאכותית או ✋ ללא בינה מלאכותית. שני המסלולים נבדקים באותו מחוון ושווים באותה מידה.</w:t>
      </w:r>
    </w:p>
    <w:p>
      <w:pPr>
        <w:keepNext/>
        <w:bidi w:val="1"/>
        <w:spacing w:after="80" w:before="0"/>
        <w:jc w:val="center"/>
      </w:pPr>
      <w:r>
        <w:rPr>
          <w:rFonts w:ascii="Assistant" w:hAnsi="Assistant" w:cs="Assistant"/>
          <w:b/>
          <w:bCs/>
          <w:color w:val="6A8F2F"/>
          <w:sz w:val="24"/>
          <w:szCs w:val="24"/>
          <w:rtl w:val="1"/>
        </w:rPr>
        <w:t>❓ השאלה הגדולה של היחידה: למה יישובים קמים דווקא במקום מסוים – ואיך הם משתנים?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6A8F2F"/>
          <w:sz w:val="24"/>
          <w:szCs w:val="24"/>
          <w:rtl w:val="1"/>
        </w:rPr>
        <w:t>איך זה עובד? 4 שלבים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1. בוחרים</w:t>
            </w:r>
          </w:p>
        </w:tc>
        <w:tc>
          <w:tcPr>
            <w:tcW w:type="dxa" w:w="2551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2. מתכננים</w:t>
            </w:r>
          </w:p>
        </w:tc>
        <w:tc>
          <w:tcPr>
            <w:tcW w:type="dxa" w:w="2551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3. יוצרים ומתעדים</w:t>
            </w:r>
          </w:p>
        </w:tc>
        <w:tc>
          <w:tcPr>
            <w:tcW w:type="dxa" w:w="2551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4. מציגים ומעריכים</w:t>
            </w:r>
          </w:p>
        </w:tc>
      </w:tr>
      <w:tr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תוצר ומסלול; ממלאים את ״הבחירה שלי״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טיוטה או סקיצה בכיתה, ומאשרים מול המורה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עובדים וממלאים את היומן (חלק ג׳)</w:t>
            </w:r>
          </w:p>
        </w:tc>
        <w:tc>
          <w:tcPr>
            <w:tcW w:type="dxa" w:w="2551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9"/>
                <w:szCs w:val="19"/>
                <w:rtl w:val="1"/>
              </w:rPr>
              <w:t>מציגים, ממלאים הערכה עצמית ומעריכים עמיתים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3F6EE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6A8F2F"/>
                <w:sz w:val="25"/>
                <w:szCs w:val="25"/>
                <w:rtl w:val="1"/>
              </w:rPr>
              <w:t>🖥️ 1. מצגת: ״הסיפור של היישוב שלי״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ספרו במצגת את סיפור היישוב שלכם (או יישוב שבחרתם): למה קם במקום הזה, איזה סוג יישוב הוא, איך הוא בנוי ומה השתנה בו לאורך השנים.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מפת מיקום + 3 גורמי מיקום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שקף שימושי קרקע (מגורים, מסחר, תעשייה, שטחים פתוחים)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שקף ״פעם והיום״ ושקף ״היישוב בעוד 20 שנה״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שאלות מחקר על היישוב או רעיונות למבנה; כל עובדה היסטורית בודקים באתר הרשות המקומית, בספר או אצל ותיקי היישוב.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מראיינים ותיקים, מצלמים ומשרטטים מפה ביד, ומוצאים תמונות ישנות באלבומים.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3F6EE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6A8F2F"/>
                <w:sz w:val="25"/>
                <w:szCs w:val="25"/>
                <w:rtl w:val="1"/>
              </w:rPr>
              <w:t>🧱 2. דגם: ״העיר הירוקה של המחר״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בנו דגם של שכונה או מרכז עיר שמתמודדים עם מטרדי העיר הגדולה: פקקים, זיהום, חום וצפיפות. שלבו בדגם לפחות 4 פתרונות ירוקים.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אזורי שימושי קרקע מסומנים במקרא צבעים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4 פתרונות ירוקים (גגות ירוקים, רכבת קלה, שבילי אופניים, פארק...)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כרטיס הסבר: איזה מטרד כל פתרון מצמצם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לבקש מהכלי רעיונות לפתרונות ירוקים מהעולם או טיוטת סקיצה מלמעלה; הבנייה וההסבר – שלכם.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מתכננים על נייר משבצות ובונים מקרטון, ספוג (לעצים), מקלות ובקבוקים ממוחזרים.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3F6EE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6A8F2F"/>
                <w:sz w:val="25"/>
                <w:szCs w:val="25"/>
                <w:rtl w:val="1"/>
              </w:rPr>
              <w:t>📢 3. פרוטקסט: ״מגיע לנו יישוב טוב יותר!״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בחרו מטרד אמיתי ביישוב שלכם (פקקים, מחסור בצל ובשטחים ירוקים, רעש, זיהום, חוסר בתחבורה ציבורית) והכינו כרזת מחאה עם פתרון.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תמונה או ציור מהשטח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נתון מתצפית (כמה מכוניות בדקה, כמה עצים ברחוב...)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פתרון ירוק ומעשי + למי פונים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הכלי יכול לעזור בניסוח הסיסמה ובבדיקת בהירות הטיעון; הנתונים מגיעים מהתצפית שלכם – לא מהכלי.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יוצאים לתצפית, סופרים ומצלמים, ומעצבים ביד.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3F6EE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6A8F2F"/>
                <w:sz w:val="25"/>
                <w:szCs w:val="25"/>
                <w:rtl w:val="1"/>
              </w:rPr>
              <w:t>🗺️ 4. מפה מוערת: ״תצפית שטח״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צאו לסיור במסלול קצר ביישוב (או בעזרת תצלום אוויר) וצרו מפה מוערת: שימושי קרקע, מבנים ותיקים וחדשים, מטרדים ופתרונות. הוסיפו תמונות או סקיצות.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מפה עם חץ צפון, קנה מידה ומקרא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8 הערות לפחות על המפה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מסקנה: איזה חלק ביישוב משתנה הכי מהר – ולמה?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אפשר להיעזר בכלי כדי לזהות סוגי שימושי קרקע או לנסח את ההערות בבהירות, אחרי שאספתם את המידע בשטח בעצמכם.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משרטטים מפה ביד, מדביקים תמונות מודפסות או סקיצות, וכותבים את ההערות בכתב יד.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3F6EE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6A8F2F"/>
                <w:sz w:val="25"/>
                <w:szCs w:val="25"/>
                <w:rtl w:val="1"/>
              </w:rPr>
              <w:t>🎲 5. משחק לוח: ״בונים עיר״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תכננו משחק לוח שבו השחקנים מפתחים יישוב מכפר קטן ועד מטרופולין. קלפים של גורמי מיקום, תמורות כפריות, עיור, מטרדים ופתרונות ירוקים קובעים את ההתקדמות.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לוח + 15 קלפים לפחות, כל אחד עם הסבר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שלבים: כפר ← עיירה ← עיר ← מטרופולין ← עיר עולם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חוק שמעודד פתרונות ירוקים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בקשו מהכלי רעיונות לקלפים ולחוקים ובדקו כל אחד מול החוברת; אפשר טיוטת איור ללוח ולעצב סביבה.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מציירים לוח וקלפים ביד, מכינים כלי משחק ומבצעים משחק ניסיון.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10204"/>
            <w:gridSpan w:val="2"/>
            <w:shd w:val="clear" w:color="auto" w:fill="F3F6EE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6A8F2F"/>
                <w:sz w:val="25"/>
                <w:szCs w:val="25"/>
                <w:rtl w:val="1"/>
              </w:rPr>
              <w:t>📰 6. כתבה או סרטון: ״כפר שהפך לפרבר״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הכינו כתבה (300–400 מילים) או סרטון קצר (2 דקות) על תמורות במרחב הכפרי: חקלאות שהשתנתה, תיירות כפרית, בנייה חדשה ותושבים שעובדים בעיר.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חובה לכלול: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ראיון עם תושב/ת ותיק/ה או חקלאי/ת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תמונות ״פעם והיום״ עם כיתוב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1"/>
                <w:szCs w:val="21"/>
                <w:rtl w:val="1"/>
              </w:rPr>
              <w:t>☐ השלכה חיובית ושלילית אחת לפחות</w:t>
            </w:r>
          </w:p>
        </w:tc>
      </w:tr>
      <w:tr>
        <w:trPr>
          <w:cantSplit/>
        </w:trPr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🤖 מסלול עם בינה מלאכותית</w:t>
            </w:r>
          </w:p>
        </w:tc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1"/>
                <w:szCs w:val="21"/>
                <w:rtl w:val="1"/>
              </w:rPr>
              <w:t>✋ מסלול ללא בינה מלאכותית</w:t>
            </w:r>
          </w:p>
        </w:tc>
      </w:tr>
      <w:tr>
        <w:trPr>
          <w:cantSplit/>
        </w:trP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כתבו טיוטה בעצמכם ואז בקשו מהכלי משוב על המבנה והכותרת; סמנו את השינויים.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מראיינים, מצלמים ועורכים בעצמכם; כותבים טיוטה וגרסה סופית.</w:t>
            </w:r>
          </w:p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6A8F2F"/>
                <w:sz w:val="22"/>
                <w:szCs w:val="22"/>
                <w:rtl w:val="1"/>
              </w:rPr>
              <w:t>🤖 כללי הזהב לעבודה עם 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הכלי הוא עוזר, לא מחבר: הרעיון המרכזי, הניסוח הסופי והבחירות – שלכם.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מותר: לבקש רעיונות, שאלות מנחות, משוב על טיוטה, הסבר נוסף למושג, טיוטת תמונה או תרשים.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אסור: להעתיק טקסט שלם מהכלי ולהגיש אותו כאילו כתבתם אותו.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בודקים כל עובדה, מספר ומפה בשני מקורות אמינים לפחות (ספר, חוברת היחידה, אטלס, אתר רשמי של גוף מחקר או סטטיסטיקה).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שומרים על פרטיות: לא מקלידים שם מלא, כתובת, תמונה של אדם אמיתי או פרטים אישיים.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מתעדים: שומרים את ההנחיות (הפרומפטים) שכתבתם ואת מה ששיניתם – ומצרפים ליומן.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מציינים בתוצר עצמו: ״בתוצר נעזרנו בכלי בינה מלאכותית לשלבים: ...״.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6A8F2F"/>
                <w:sz w:val="22"/>
                <w:szCs w:val="22"/>
                <w:rtl w:val="1"/>
              </w:rPr>
              <w:t>✋ כללי המסלול ללא 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כל שלב נעשה בידיים ובראש שלכם: סקיצות, טיוטות, מדידות, ראיונות וחיפוש במקורות.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משתמשים בחוברת היחידה, באטלס, בספרייה ובמקורות מידע מודפסים או מקוונים – ומציינים אותם.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שומרים כל טיוטה וסקיצה (גם את מה שנמחק!) – הן חלק מהציון.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☐ חומרים ממוחזרים מבית ומהכיתה מתקבלים בברכה: קרטון, פקקים, בדים, צבעים.</w:t>
            </w:r>
          </w:p>
        </w:tc>
      </w:tr>
    </w:tbl>
    <w:p>
      <w:pPr>
        <w:bidi w:val="1"/>
        <w:spacing w:after="40" w:before="0"/>
        <w:jc w:val="right"/>
      </w:pP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6A8F2F"/>
          <w:sz w:val="25"/>
          <w:szCs w:val="25"/>
          <w:rtl w:val="1"/>
        </w:rPr>
        <w:t>✍️ הבחירה שלי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התוצר שבחרתי:  ☐ 1. מצגת   ☐ 2. דגם   ☐ 3. פרוטקסט   ☐ 4. מפה מוערת   ☐ 5. משחק לוח   ☐ 6. כתבה או סרטון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המסלול שלי:  ☐ 🤖 עם בינה מלאכותית    ☐ ✋ ללא בינה מלאכותית        אני עובד/ת:  ☐ לבד  ☐ בזוג  ☐ בקבוצה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שמות השותפים: ______________________________   תאריך הגשה: ____________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הנושא או המקום שבחרנו ולמה: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6A8F2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ב׳ · המחוון (100 נקודות)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המחוון זהה לכל התוצרים ולשני המסלולים. קראו אותו לפני שמתחילים לעבוד – כך תדעו מה חשוב. בשורה האחרונה ממלאים רק את הקריטריון של המסלול שבחרתם.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644"/>
        <w:gridCol w:w="1899"/>
        <w:gridCol w:w="1899"/>
        <w:gridCol w:w="1899"/>
        <w:gridCol w:w="1899"/>
        <w:gridCol w:w="963"/>
      </w:tblGrid>
      <w:tr>
        <w:trPr>
          <w:cantSplit/>
        </w:trPr>
        <w:tc>
          <w:tcPr>
            <w:tcW w:type="dxa" w:w="1644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קריטריון</w:t>
            </w:r>
          </w:p>
        </w:tc>
        <w:tc>
          <w:tcPr>
            <w:tcW w:type="dxa" w:w="1899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מצוין</w:t>
            </w:r>
          </w:p>
        </w:tc>
        <w:tc>
          <w:tcPr>
            <w:tcW w:type="dxa" w:w="1899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טוב מאוד</w:t>
            </w:r>
          </w:p>
        </w:tc>
        <w:tc>
          <w:tcPr>
            <w:tcW w:type="dxa" w:w="1899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טוב</w:t>
            </w:r>
          </w:p>
        </w:tc>
        <w:tc>
          <w:tcPr>
            <w:tcW w:type="dxa" w:w="1899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דורש שיפור</w:t>
            </w:r>
          </w:p>
        </w:tc>
        <w:tc>
          <w:tcPr>
            <w:tcW w:type="dxa" w:w="964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ניקוד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📘 ידע ומושגים גיאוגרפיים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(25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23–25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נכון ומדויק בלפחות 5 מושגי יחידה (יישוב כפרי ויישוב עירוני, גורמי מיקום, תמורות במרחב הכפרי, שימושי קרקע, מרכז עסקים ראשי (מע״ר), עיור, מטרופולין, עיר עולם, מטרדים עירוניים, פתרונות ירוקים); המושגים מוסברים בדוגמאות ומקושרים זה לזה.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18–22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נכון ב־4–5 מושגים; רוב ההסברים מדויקים ומלווים בדוגמה.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12–17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שימוש ב־2–3 מושגים; חלק מההסברים כלליים או חלקיים.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0–11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מושגים מעטים או שגויים; התוכן אינו קשור מספיק ליחידה.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25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🗺️ שימוש במפות ובנתונים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מפת שימושי קרקע או תצלום אוויר של היישוב, מפת מיקום, גרף עיור לאורך זמן, תיעוד מתצפית שטח משולבים בתוצר, עם כותרת, מקרא ומקור – ומשמשים להסקת מסקנה.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יש מפה או נתונים מדויקים עם כותרת ומקור; המסקנה מהם חלקית.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10–13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יש מפה או נתונים, אך חסרים כותרת, מקרא או מקור; אין מסקנה.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0–9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מפה או נתונים, או שהם שגויים ואינם קשורים לנושא.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🔍 חשיבה ביקורתית ונקודות מבט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(20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18–20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מוצגות לפחות 3 נקודות מבט (למשל: תושבים ותיקים וחדשים, חקלאי/ת, בעלי עסקים במרכז העיר, מתכננת ערים, נוסעים בתחבורה ציבורית); שרשרת סיבה ותוצאה מלאה; עמדה אישית מנומקת בעובדות.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14–17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מוצגות 2 נקודות מבט; שרשרת סיבה ותוצאה סבירה; עמדה מנומקת בחלקה.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10–13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נקודת מבט אחת עיקרית; קשר סיבה ותוצאה חלקי; עמדה בלי נימוק.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0–9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נקודות מבט או קשרי סיבה ותוצאה; תיאור בלבד.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20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🎨 יצירתיות ותקשורת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(15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14–15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מקורי, מסודר ומושך; המסר ברור לקהל; הצגה בעל־פה בטוחה ומעניינת.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11–13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מסודר ובהיר; רעיון מעניין; הצגה ברורה.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שלם אך לא אחיד; המסר לא תמיד ברור.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תוצר חלקי או לא מסודר; קשה להבין את המסר.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15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🪞 תהליך ורפלקציה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לפי לוח זמנים; רפלקציה כנה שמתארת קושי, פתרון ולמידה; שיתוף פעולה הוגן בקבוצה.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עקבית; רפלקציה ברורה אך כללית.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עבודה בדחיפה של המורה; רפלקציה קצרה מאוד.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רפלקציה, או שהיא לא קשורה לעבודה.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10204"/>
            <w:gridSpan w:val="6"/>
            <w:shd w:val="clear" w:color="auto" w:fill="EEF2F7"/>
          </w:tcPr>
          <w:p>
            <w:pPr>
              <w:bidi w:val="1"/>
              <w:spacing w:after="10" w:line="240" w:lineRule="auto"/>
              <w:jc w:val="center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קריטריון המסלול (10 נק׳) – ממלאים שורה אחת בלבד, לפי המסלול שנבחר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🤖 שימוש אחראי ושקוף בבינה מלאכותית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מלא: הנחיות, מה הכלי הציע ומה שונה; כל עובדה נבדקה במקור; ההבחנה ״מה אני עשיתי ומה הכלי עשה״ ברורה ומשכנעת.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כמעט מלא; רוב העובדות נבדקו; ההבחנה ברורה ברובה.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חלקי; בדיקת מקורות מעטה; לא ברור מה נעשה בידי התלמיד/ה.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תיעוד, או שהתוצר הועתק מהכלי כמעט כמו שהוא.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164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✋ מקוריות ותיעוד תהליך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color w:val="5B6B80"/>
                <w:sz w:val="17"/>
                <w:szCs w:val="17"/>
                <w:rtl w:val="1"/>
              </w:rPr>
              <w:t>(10 נק׳)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9–10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תהליך מלא עם סקיצות וטיוטות; מקורות מצוינים; ניכר שהרעיון והביצוע מקוריים לגמרי.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7–8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יומן כמעט מלא; יש טיוטה אחת לפחות ומקורות.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5–6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תיעוד חלקי; מקורות חסרים; קשה לראות את שלבי העבודה.</w:t>
            </w:r>
          </w:p>
        </w:tc>
        <w:tc>
          <w:tcPr>
            <w:tcW w:type="dxa" w:w="1899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5B6B80"/>
                <w:sz w:val="16"/>
                <w:szCs w:val="16"/>
                <w:rtl w:val="1"/>
              </w:rPr>
              <w:t>0–4 נק׳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16"/>
                <w:szCs w:val="16"/>
                <w:rtl w:val="1"/>
              </w:rPr>
              <w:t>אין תיעוד או מקורות; חלקים הועתקו.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8"/>
                <w:szCs w:val="18"/>
                <w:rtl w:val="1"/>
              </w:rPr>
              <w:t>מתוך 10</w:t>
            </w:r>
          </w:p>
        </w:tc>
      </w:tr>
      <w:tr>
        <w:trPr>
          <w:cantSplit/>
        </w:trPr>
        <w:tc>
          <w:tcPr>
            <w:tcW w:type="dxa" w:w="9240"/>
            <w:gridSpan w:val="5"/>
            <w:shd w:val="clear" w:color="auto" w:fill="F6F8FB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2"/>
                <w:szCs w:val="22"/>
                <w:rtl w:val="1"/>
              </w:rPr>
              <w:t>סך הכול</w:t>
            </w:r>
          </w:p>
        </w:tc>
        <w:tc>
          <w:tcPr>
            <w:tcW w:type="dxa" w:w="964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_____</w:t>
            </w:r>
          </w:p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מתוך 100</w:t>
            </w:r>
          </w:p>
        </w:tc>
      </w:tr>
    </w:tbl>
    <w:p>
      <w:pPr>
        <w:bidi w:val="1"/>
        <w:spacing w:after="0" w:before="0"/>
        <w:jc w:val="right"/>
      </w:pPr>
    </w:p>
    <w:p>
      <w:pPr>
        <w:keepNext/>
        <w:bidi w:val="1"/>
        <w:spacing w:after="20" w:before="0"/>
        <w:jc w:val="right"/>
      </w:pPr>
      <w:r>
        <w:rPr>
          <w:rFonts w:ascii="Assistant" w:hAnsi="Assistant" w:cs="Assistant"/>
          <w:b/>
          <w:bCs/>
          <w:color w:val="6A8F2F"/>
          <w:sz w:val="24"/>
          <w:szCs w:val="24"/>
          <w:rtl w:val="1"/>
        </w:rPr>
        <w:t>💬 משוב המורה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מה היה חזק במיוחד:</w:t>
            </w:r>
          </w:p>
        </w:tc>
        <w:tc>
          <w:tcPr>
            <w:tcW w:type="dxa" w:w="5102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מה כדאי לשפר בפעם הבאה:</w:t>
            </w:r>
          </w:p>
        </w:tc>
      </w:tr>
      <w:tr>
        <w:trPr>
          <w:trHeight w:val="907"/>
        </w:trP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</w:tbl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0206"/>
      </w:tblGrid>
      <w:tr>
        <w:tc>
          <w:tcPr>
            <w:tcW w:type="dxa" w:w="10205"/>
            <w:shd w:val="clear" w:color="auto" w:fill="6A8F2F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color w:val="FFFFFF"/>
                <w:sz w:val="30"/>
                <w:szCs w:val="30"/>
                <w:rtl w:val="1"/>
              </w:rPr>
              <w:t>חלק ג׳ · תיעוד, הערכה עצמית והערכת עמיתים</w:t>
            </w:r>
          </w:p>
        </w:tc>
      </w:tr>
    </w:tbl>
    <w:p>
      <w:pPr>
        <w:bidi w:val="1"/>
        <w:spacing w:after="40" w:before="0"/>
        <w:jc w:val="right"/>
      </w:pPr>
    </w:p>
    <w:p>
      <w:pPr>
        <w:bidi w:val="1"/>
        <w:spacing w:after="120" w:before="0"/>
        <w:jc w:val="right"/>
      </w:pPr>
      <w:r>
        <w:rPr>
          <w:rFonts w:ascii="Assistant" w:hAnsi="Assistant" w:cs="Assistant"/>
          <w:b/>
          <w:bCs/>
          <w:sz w:val="22"/>
          <w:szCs w:val="22"/>
          <w:rtl w:val="1"/>
        </w:rPr>
        <w:t>שם: ____________________   כיתה: ________   תאריך: 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היומן מראה את הדרך שעשיתם – והוא חלק מהציון. ממלאים רק את היומן של המסלול שבחרתם.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6A8F2F"/>
          <w:sz w:val="25"/>
          <w:szCs w:val="25"/>
          <w:rtl w:val="1"/>
        </w:rPr>
        <w:t>🤖 יומן שימוש בבינה מלאכותית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67"/>
        <w:gridCol w:w="2835"/>
        <w:gridCol w:w="2268"/>
        <w:gridCol w:w="2268"/>
        <w:gridCol w:w="2268"/>
      </w:tblGrid>
      <w:tr>
        <w:tc>
          <w:tcPr>
            <w:tcW w:type="dxa" w:w="567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#</w:t>
            </w:r>
          </w:p>
        </w:tc>
        <w:tc>
          <w:tcPr>
            <w:tcW w:type="dxa" w:w="2835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ביקשתי מהכלי (ההנחיה)</w:t>
            </w:r>
          </w:p>
        </w:tc>
        <w:tc>
          <w:tcPr>
            <w:tcW w:type="dxa" w:w="2268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הכלי הציע</w:t>
            </w:r>
          </w:p>
        </w:tc>
        <w:tc>
          <w:tcPr>
            <w:tcW w:type="dxa" w:w="2268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שיניתי, בחרתי או דחיתי – ולמה</w:t>
            </w:r>
          </w:p>
        </w:tc>
        <w:tc>
          <w:tcPr>
            <w:tcW w:type="dxa" w:w="2268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איך בדקתי (מקור)</w:t>
            </w:r>
          </w:p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1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2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  <w:tr>
        <w:trPr>
          <w:trHeight w:val="850"/>
        </w:trPr>
        <w:tc>
          <w:tcPr>
            <w:tcW w:type="dxa" w:w="567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 w:val="0"/>
                <w:sz w:val="20"/>
                <w:szCs w:val="20"/>
                <w:rtl w:val="1"/>
              </w:rPr>
              <w:t>3</w:t>
            </w:r>
          </w:p>
        </w:tc>
        <w:tc>
          <w:tcPr>
            <w:tcW w:type="dxa" w:w="2835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  <w:tc>
          <w:tcPr>
            <w:tcW w:type="dxa" w:w="2268"/>
          </w:tcPr>
          <w:p/>
        </w:tc>
      </w:tr>
    </w:tbl>
    <w:p>
      <w:pPr>
        <w:bidi w:val="1"/>
        <w:spacing w:after="40" w:before="0"/>
        <w:jc w:val="right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5103"/>
        <w:gridCol w:w="5103"/>
      </w:tblGrid>
      <w:tr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🙋 מה אני עשיתי</w:t>
            </w:r>
          </w:p>
        </w:tc>
        <w:tc>
          <w:tcPr>
            <w:tcW w:type="dxa" w:w="51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🤖 מה הכלי עשה</w:t>
            </w:r>
          </w:p>
        </w:tc>
      </w:tr>
      <w:tr>
        <w:trPr>
          <w:trHeight w:val="1361"/>
        </w:trPr>
        <w:tc>
          <w:tcPr>
            <w:tcW w:type="dxa" w:w="5102"/>
          </w:tcPr>
          <w:p/>
        </w:tc>
        <w:tc>
          <w:tcPr>
            <w:tcW w:type="dxa" w:w="5102"/>
          </w:tcPr>
          <w:p/>
        </w:tc>
      </w:tr>
    </w:tbl>
    <w:p>
      <w:pPr>
        <w:bidi w:val="1"/>
        <w:spacing w:after="40" w:before="0"/>
        <w:jc w:val="right"/>
      </w:pP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6A8F2F"/>
          <w:sz w:val="25"/>
          <w:szCs w:val="25"/>
          <w:rtl w:val="1"/>
        </w:rPr>
        <w:t>✋ יומן תהליך (מסלול ללא בינה מלאכותית)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701"/>
        <w:gridCol w:w="3969"/>
        <w:gridCol w:w="2551"/>
        <w:gridCol w:w="1984"/>
      </w:tblGrid>
      <w:tr>
        <w:tc>
          <w:tcPr>
            <w:tcW w:type="dxa" w:w="1701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תאריך / שלב</w:t>
            </w:r>
          </w:p>
        </w:tc>
        <w:tc>
          <w:tcPr>
            <w:tcW w:type="dxa" w:w="3969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עשיתי (סקיצה, טיוטה, ראיון, מדידה...)</w:t>
            </w:r>
          </w:p>
        </w:tc>
        <w:tc>
          <w:tcPr>
            <w:tcW w:type="dxa" w:w="2551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מקורות שבהם השתמשתי</w:t>
            </w:r>
          </w:p>
        </w:tc>
        <w:tc>
          <w:tcPr>
            <w:tcW w:type="dxa" w:w="1984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19"/>
                <w:szCs w:val="19"/>
                <w:rtl w:val="1"/>
              </w:rPr>
              <w:t>מה למדתי או שיניתי</w:t>
            </w:r>
          </w:p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  <w:tr>
        <w:trPr>
          <w:trHeight w:val="794"/>
        </w:trPr>
        <w:tc>
          <w:tcPr>
            <w:tcW w:type="dxa" w:w="1701"/>
          </w:tcPr>
          <w:p/>
        </w:tc>
        <w:tc>
          <w:tcPr>
            <w:tcW w:type="dxa" w:w="3969"/>
          </w:tcPr>
          <w:p/>
        </w:tc>
        <w:tc>
          <w:tcPr>
            <w:tcW w:type="dxa" w:w="2551"/>
          </w:tcPr>
          <w:p/>
        </w:tc>
        <w:tc>
          <w:tcPr>
            <w:tcW w:type="dxa" w:w="1984"/>
          </w:tcPr>
          <w:p/>
        </w:tc>
      </w:tr>
    </w:tbl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מצרפים ליומן את הסקיצות והטיוטות (גם את אלה שלא נכנסו לתוצר).</w:t>
      </w:r>
    </w:p>
    <w:p>
      <w:r>
        <w:br w:type="page"/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6A8F2F"/>
          <w:sz w:val="25"/>
          <w:szCs w:val="25"/>
          <w:rtl w:val="1"/>
        </w:rPr>
        <w:t>🪞 הערכה עצמית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השתמשתי בלפחות 5 מושגים מהיחידה, והסברתי אותם נכון.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בתוצר יש מפה, גרף או טבלת נתונים – עם כותרת, מקרא ומקור.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הצגתי לפחות שתי נקודות מבט שונות על הנושא.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בניתי שרשרת של סיבה ותוצאה (לפחות 3 חוליות).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התוצר ברור, מסודר ומעניין למי שרואה או שומע אותו.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בדקתי עובדות במקורות וציינתי אותם.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מילאתי את יומן התיעוד (לפי המסלול שבחרתי).</w:t>
      </w:r>
    </w:p>
    <w:p>
      <w:pPr>
        <w:bidi w:val="1"/>
        <w:spacing w:after="60" w:before="8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לפי המחוון, הציון שאני נותן/ת לעצמי: ______ מתוך 100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הדבר שהכי הצליח לי: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/>
          <w:bCs/>
          <w:sz w:val="21"/>
          <w:szCs w:val="21"/>
          <w:rtl w:val="1"/>
        </w:rPr>
        <w:t>מה הייתי עושה אחרת, ומה למדתי על עצמי כלומד/ת: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80" w:before="0"/>
        <w:jc w:val="right"/>
      </w:pPr>
      <w:r>
        <w:rPr>
          <w:rFonts w:ascii="Assistant" w:hAnsi="Assistant" w:cs="Assistant"/>
          <w:b w:val="0"/>
          <w:color w:val="94A3B8"/>
          <w:sz w:val="22"/>
          <w:szCs w:val="22"/>
          <w:rtl w:val="1"/>
        </w:rPr>
        <w:t>______________________________________________________________________________________</w:t>
      </w:r>
    </w:p>
    <w:p>
      <w:pPr>
        <w:bidi w:val="1"/>
        <w:spacing w:after="120" w:before="160"/>
        <w:jc w:val="center"/>
      </w:pPr>
      <w:r>
        <w:rPr>
          <w:rFonts w:ascii="Assistant" w:hAnsi="Assistant" w:cs="Assistant"/>
          <w:b w:val="0"/>
          <w:color w:val="5B6B80"/>
          <w:sz w:val="18"/>
          <w:szCs w:val="18"/>
          <w:rtl w:val="1"/>
        </w:rPr>
        <w:t>✂ - - - - - - - - - - - - - גוזרים ומעבירים לבעלי התוצר - - - - - - - - - - - - -</w:t>
      </w:r>
    </w:p>
    <w:p>
      <w:pPr>
        <w:keepNext/>
        <w:bidi w:val="1"/>
        <w:spacing w:after="60" w:before="0"/>
        <w:jc w:val="right"/>
      </w:pPr>
      <w:r>
        <w:rPr>
          <w:rFonts w:ascii="Assistant" w:hAnsi="Assistant" w:cs="Assistant"/>
          <w:b/>
          <w:bCs/>
          <w:color w:val="6A8F2F"/>
          <w:sz w:val="25"/>
          <w:szCs w:val="25"/>
          <w:rtl w:val="1"/>
        </w:rPr>
        <w:t>👥 הערכת עמיתים: שני כוכבים ומשאלה</w:t>
      </w:r>
    </w:p>
    <w:p>
      <w:pPr>
        <w:bidi w:val="1"/>
        <w:spacing w:after="60" w:before="0"/>
        <w:jc w:val="right"/>
      </w:pPr>
      <w:r>
        <w:rPr>
          <w:rFonts w:ascii="Assistant" w:hAnsi="Assistant" w:cs="Assistant"/>
          <w:b w:val="0"/>
          <w:sz w:val="20"/>
          <w:szCs w:val="20"/>
          <w:rtl w:val="1"/>
        </w:rPr>
        <w:t>התוצר של: ______________________   הוערך על ידי: ______________________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הבנתי מה המסר המרכזי של התוצר.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מצאתי בתוצר מושגים גיאוגרפיים מהיחידה.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יש בתוצר מפה / נתונים שעוזרים להבין.</w:t>
      </w:r>
    </w:p>
    <w:p>
      <w:pPr>
        <w:bidi w:val="1"/>
        <w:spacing w:after="40" w:before="0"/>
        <w:jc w:val="right"/>
      </w:pPr>
      <w:r>
        <w:rPr>
          <w:rFonts w:ascii="Assistant" w:hAnsi="Assistant" w:cs="Assistant"/>
          <w:b w:val="0"/>
          <w:sz w:val="21"/>
          <w:szCs w:val="21"/>
          <w:rtl w:val="1"/>
        </w:rPr>
        <w:t>☐ התוצר מקורי ומושקע.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⭐ כוכב 1: אהבתי ש...</w:t>
            </w:r>
          </w:p>
        </w:tc>
        <w:tc>
          <w:tcPr>
            <w:tcW w:type="dxa" w:w="34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⭐ כוכב 2: למדתי מהתוצר ש...</w:t>
            </w:r>
          </w:p>
        </w:tc>
        <w:tc>
          <w:tcPr>
            <w:tcW w:type="dxa" w:w="3402"/>
            <w:shd w:val="clear" w:color="auto" w:fill="E7EDDD"/>
          </w:tcPr>
          <w:p>
            <w:pPr>
              <w:bidi w:val="1"/>
              <w:spacing w:after="10" w:line="240" w:lineRule="auto"/>
              <w:jc w:val="right"/>
            </w:pPr>
            <w:r>
              <w:rPr>
                <w:rFonts w:ascii="Assistant" w:hAnsi="Assistant" w:cs="Assistant"/>
                <w:b/>
                <w:bCs/>
                <w:sz w:val="20"/>
                <w:szCs w:val="20"/>
                <w:rtl w:val="1"/>
              </w:rPr>
              <w:t>🌱 משאלה: כדאי להוסיף או לשפר...</w:t>
            </w:r>
          </w:p>
        </w:tc>
      </w:tr>
      <w:tr>
        <w:trPr>
          <w:trHeight w:val="1247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bidi w:val="1"/>
        <w:spacing w:after="60" w:before="200"/>
        <w:jc w:val="center"/>
      </w:pPr>
      <w:r>
        <w:rPr>
          <w:rFonts w:ascii="Assistant" w:hAnsi="Assistant" w:cs="Assistant"/>
          <w:b w:val="0"/>
          <w:color w:val="5B6B80"/>
          <w:sz w:val="19"/>
          <w:szCs w:val="19"/>
          <w:rtl w:val="1"/>
        </w:rPr>
        <w:t>יצרה: רוית ראש בן ישי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rFonts w:ascii="Assistant" w:hAnsi="Assistant" w:cs="Assistant"/>
        <w:b w:val="0"/>
        <w:color w:val="5B6475"/>
        <w:sz w:val="16"/>
        <w:szCs w:val="16"/>
        <w:rtl w:val="1"/>
      </w:rPr>
      <w:t>יצרה: רוית ראש בן ישי · הערכה חלופית ומחוון · גיאוגרפיה ז׳ · יחידה 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הערכה חלופית ומחוון – יחידה 5: יישובים כפריים ועירוניים במרחב משתנה</dc:title>
  <dc:subject>גיאוגרפיה ז׳</dc:subject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